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Datenschutzerklärung</w:t>
      </w:r>
    </w:p>
    <w:p>
      <w:pPr>
        <w:pStyle w:val="Heading1"/>
      </w:pPr>
      <w:r>
        <w:t>Stand</w:t>
      </w:r>
    </w:p>
    <w:p>
      <w:r>
        <w:t>September 2026</w:t>
      </w:r>
    </w:p>
    <w:p>
      <w:pPr>
        <w:pStyle w:val="Heading1"/>
      </w:pPr>
      <w:r>
        <w:t>1. Verantwortlicher</w:t>
      </w:r>
    </w:p>
    <w:p>
      <w:r>
        <w:t>Verantwortlich für die Verarbeitung personenbezogener Daten auf dieser Website ist:</w:t>
      </w:r>
    </w:p>
    <w:p>
      <w:r>
        <w:t>MK Fahrzeugpflege</w:t>
        <w:br/>
        <w:t>Inhaber: Máté Klavács</w:t>
        <w:br/>
        <w:t>Kiefernweg 1</w:t>
        <w:br/>
        <w:t>56751 Polch</w:t>
        <w:br/>
        <w:t>Deutschland</w:t>
      </w:r>
    </w:p>
    <w:p>
      <w:r>
        <w:t>Telefon: +49 155 69510593</w:t>
        <w:br/>
        <w:t>E-Mail: info@mk-fahrzeugpflege.de</w:t>
      </w:r>
    </w:p>
    <w:p>
      <w:pPr>
        <w:pStyle w:val="Heading1"/>
      </w:pPr>
      <w:r>
        <w:t>2. Allgemeine Hinweise</w:t>
      </w:r>
    </w:p>
    <w:p>
      <w:r>
        <w:t>Der Schutz deiner persönlichen Daten ist uns wichtig. Wir behandeln deine personenbezogenen Daten vertraulich und verarbeiten sie entsprechend den geltenden Datenschutzvorschriften, insbesondere der Datenschutz-Grundverordnung (DSGVO).</w:t>
      </w:r>
    </w:p>
    <w:p>
      <w:r>
        <w:t>Diese Datenschutzerklärung informiert dich darüber, welche personenbezogenen Daten bei der Nutzung unserer Website und bei der Kontaktaufnahme mit uns verarbeitet werden.</w:t>
      </w:r>
    </w:p>
    <w:p>
      <w:pPr>
        <w:pStyle w:val="Heading1"/>
      </w:pPr>
      <w:r>
        <w:t>3. Bereitstellung der Website</w:t>
      </w:r>
    </w:p>
    <w:p>
      <w:r>
        <w:t>Beim Besuch unserer Website können technisch erforderliche Daten verarbeitet werden. Dazu können insbesondere gehören:</w:t>
      </w:r>
    </w:p>
    <w:p>
      <w:r>
        <w:t>• IP-Adresse</w:t>
        <w:br/>
        <w:t>• Datum und Uhrzeit des Zugriffs</w:t>
        <w:br/>
        <w:t>• aufgerufene Seiten</w:t>
        <w:br/>
        <w:t>• Browsertyp und Browserversion</w:t>
        <w:br/>
        <w:t>• Betriebssystem</w:t>
        <w:br/>
        <w:t>• Referrer-URL</w:t>
        <w:br/>
        <w:t>• technische Informationen zur Bereitstellung und Sicherheit der Website</w:t>
      </w:r>
    </w:p>
    <w:p>
      <w:r>
        <w:t>Unsere Website wird mit Onepage erstellt und über die von Onepage eingesetzte technische Infrastruktur bereitgestellt.</w:t>
      </w:r>
    </w:p>
    <w:p>
      <w:r>
        <w:t>Die Verarbeitung technisch erforderlicher Daten erfolgt insbesondere zur sicheren und ordnungsgemäßen Bereitstellung unserer Website.</w:t>
      </w:r>
    </w:p>
    <w:p>
      <w:pPr>
        <w:pStyle w:val="Heading1"/>
      </w:pPr>
      <w:r>
        <w:t>4. Kontaktaufnahme per E-Mail und Telefon</w:t>
      </w:r>
    </w:p>
    <w:p>
      <w:r>
        <w:t>Wenn du uns per E-Mail oder Telefon kontaktierst, verarbeiten wir die von dir mitgeteilten Daten, soweit dies zur Bearbeitung deiner Anfrage erforderlich ist.</w:t>
      </w:r>
    </w:p>
    <w:p>
      <w:r>
        <w:t>Dazu können insbesondere gehören:</w:t>
      </w:r>
    </w:p>
    <w:p>
      <w:r>
        <w:t>• Name</w:t>
        <w:br/>
        <w:t>• Telefonnummer</w:t>
        <w:br/>
        <w:t>• E-Mail-Adresse</w:t>
        <w:br/>
        <w:t>• Fahrzeugdaten</w:t>
        <w:br/>
        <w:t>• gewünschte Leistungen</w:t>
        <w:br/>
        <w:t>• Terminwünsche</w:t>
        <w:br/>
        <w:t>• sonstige Angaben, die du uns freiwillig mitteilst</w:t>
      </w:r>
    </w:p>
    <w:p>
      <w:r>
        <w:t>Die Verarbeitung erfolgt zur Bearbeitung deiner Anfrage und gegebenenfalls zur Vorbereitung oder Durchführung eines Auftrags.</w:t>
      </w:r>
    </w:p>
    <w:p>
      <w:pPr>
        <w:pStyle w:val="Heading1"/>
      </w:pPr>
      <w:r>
        <w:t>5. Kontaktaufnahme über WhatsApp</w:t>
      </w:r>
    </w:p>
    <w:p>
      <w:r>
        <w:t>Auf unserer Website besteht die Möglichkeit, uns über WhatsApp zu kontaktieren.</w:t>
      </w:r>
    </w:p>
    <w:p>
      <w:r>
        <w:t>Wenn du den WhatsApp-Link nutzt, wirst du zu WhatsApp bzw. der entsprechenden Anwendung weitergeleitet. Dabei können personenbezogene Daten durch WhatsApp bzw. Meta verarbeitet werden.</w:t>
      </w:r>
    </w:p>
    <w:p>
      <w:r>
        <w:t>Wir verarbeiten die Informationen, die du uns über WhatsApp mitteilst, insbesondere zur Bearbeitung deiner Anfrage, zur Terminvereinbarung und gegebenenfalls zur Vorbereitung oder Durchführung eines Auftrags.</w:t>
      </w:r>
    </w:p>
    <w:p>
      <w:r>
        <w:t>Für die Verarbeitung durch WhatsApp gelten zusätzlich die Datenschutzbestimmungen von WhatsApp bzw. Meta.</w:t>
      </w:r>
    </w:p>
    <w:p>
      <w:r>
        <w:t>Die Kontaktaufnahme über WhatsApp ist freiwillig. Alternativ kannst du uns per Telefon oder E-Mail kontaktieren.</w:t>
      </w:r>
    </w:p>
    <w:p>
      <w:pPr>
        <w:pStyle w:val="Heading1"/>
      </w:pPr>
      <w:r>
        <w:t>6. Kontakt- und Terminanfragen</w:t>
      </w:r>
    </w:p>
    <w:p>
      <w:r>
        <w:t>Wenn du uns über ein Kontakt- oder Anfrageformular kontaktierst, verarbeiten wir die von dir eingegebenen Daten.</w:t>
      </w:r>
    </w:p>
    <w:p>
      <w:r>
        <w:t>Dies können beispielsweise sein:</w:t>
      </w:r>
    </w:p>
    <w:p>
      <w:r>
        <w:t>• Name</w:t>
        <w:br/>
        <w:t>• Telefonnummer</w:t>
        <w:br/>
        <w:t>• E-Mail-Adresse</w:t>
        <w:br/>
        <w:t>• Fahrzeug</w:t>
        <w:br/>
        <w:t>• gewünschte Leistung</w:t>
        <w:br/>
        <w:t>• Terminwunsch</w:t>
        <w:br/>
        <w:t>• Nachricht</w:t>
      </w:r>
    </w:p>
    <w:p>
      <w:r>
        <w:t>Die Daten werden zur Bearbeitung deiner Anfrage und zur Kontaktaufnahme mit dir verwendet.</w:t>
      </w:r>
    </w:p>
    <w:p>
      <w:pPr>
        <w:pStyle w:val="Heading1"/>
      </w:pPr>
      <w:r>
        <w:t>7. Rechtsgrundlagen</w:t>
      </w:r>
    </w:p>
    <w:p>
      <w:r>
        <w:t>Die Verarbeitung personenbezogener Daten erfolgt je nach Zweck insbesondere auf Grundlage von:</w:t>
      </w:r>
    </w:p>
    <w:p>
      <w:r>
        <w:t>Art. 6 Abs. 1 lit. b DSGVO</w:t>
        <w:br/>
        <w:t>Wenn die Verarbeitung für die Durchführung eines Vertrags oder vorvertraglicher Maßnahmen erforderlich ist.</w:t>
      </w:r>
    </w:p>
    <w:p>
      <w:r>
        <w:t>Art. 6 Abs. 1 lit. c DSGVO</w:t>
        <w:br/>
        <w:t>Wenn die Verarbeitung zur Erfüllung einer gesetzlichen Verpflichtung erforderlich ist.</w:t>
      </w:r>
    </w:p>
    <w:p>
      <w:r>
        <w:t>Art. 6 Abs. 1 lit. f DSGVO</w:t>
        <w:br/>
        <w:t>Wenn die Verarbeitung zur Wahrung unserer berechtigten Interessen erforderlich ist.</w:t>
      </w:r>
    </w:p>
    <w:p>
      <w:r>
        <w:t>Art. 6 Abs. 1 lit. a DSGVO</w:t>
        <w:br/>
        <w:t>Wenn du uns eine entsprechende Einwilligung zur Verarbeitung deiner Daten erteilt hast.</w:t>
      </w:r>
    </w:p>
    <w:p>
      <w:pPr>
        <w:pStyle w:val="Heading1"/>
      </w:pPr>
      <w:r>
        <w:t>8. Weitergabe von Daten</w:t>
      </w:r>
    </w:p>
    <w:p>
      <w:r>
        <w:t>Eine Weitergabe deiner personenbezogenen Daten an Dritte erfolgt grundsätzlich nur, wenn dies zur Bearbeitung deines Auftrags erforderlich ist, eine gesetzliche Verpflichtung besteht, du eingewilligt hast oder eine andere gesetzliche Grundlage dies erlaubt.</w:t>
      </w:r>
    </w:p>
    <w:p>
      <w:r>
        <w:t>Eine Weitergabe deiner Daten zu Werbezwecken an Dritte erfolgt nicht ohne entsprechende Rechtsgrundlage.</w:t>
      </w:r>
    </w:p>
    <w:p>
      <w:pPr>
        <w:pStyle w:val="Heading1"/>
      </w:pPr>
      <w:r>
        <w:t>9. Speicherdauer</w:t>
      </w:r>
    </w:p>
    <w:p>
      <w:r>
        <w:t>Wir speichern personenbezogene Daten nur so lange, wie dies für den jeweiligen Zweck erforderlich ist.</w:t>
      </w:r>
    </w:p>
    <w:p>
      <w:r>
        <w:t>Darüber hinaus können gesetzliche Aufbewahrungspflichten bestehen, insbesondere für geschäftliche Unterlagen und Rechnungsdaten.</w:t>
      </w:r>
    </w:p>
    <w:p>
      <w:r>
        <w:t>Nach Wegfall des jeweiligen Zwecks und Ablauf gesetzlicher Aufbewahrungspflichten werden die Daten gelöscht, sofern keine weitere gesetzliche Grundlage für die Speicherung besteht.</w:t>
      </w:r>
    </w:p>
    <w:p>
      <w:pPr>
        <w:pStyle w:val="Heading1"/>
      </w:pPr>
      <w:r>
        <w:t>10. Deine Rechte</w:t>
      </w:r>
    </w:p>
    <w:p>
      <w:r>
        <w:t>Du hast im Rahmen der gesetzlichen Voraussetzungen insbesondere folgende Rechte:</w:t>
      </w:r>
    </w:p>
    <w:p>
      <w:r>
        <w:t>• Recht auf Auskunft</w:t>
        <w:br/>
        <w:t>• Recht auf Berichtigung</w:t>
        <w:br/>
        <w:t>• Recht auf Löschung</w:t>
        <w:br/>
        <w:t>• Recht auf Einschränkung der Verarbeitung</w:t>
        <w:br/>
        <w:t>• Recht auf Datenübertragbarkeit</w:t>
        <w:br/>
        <w:t>• Recht auf Widerspruch gegen bestimmte Verarbeitungen</w:t>
        <w:br/>
        <w:t>• Recht auf Widerruf einer erteilten Einwilligung mit Wirkung für die Zukunft</w:t>
      </w:r>
    </w:p>
    <w:p>
      <w:r>
        <w:t>Wenn du deine Rechte ausüben möchtest, kannst du dich jederzeit an uns wenden:</w:t>
      </w:r>
    </w:p>
    <w:p>
      <w:r>
        <w:t>E-Mail: info@mk-fahrzeugpflege.de</w:t>
        <w:br/>
        <w:t>Telefon: +49 155 69510593</w:t>
      </w:r>
    </w:p>
    <w:p>
      <w:pPr>
        <w:pStyle w:val="Heading1"/>
      </w:pPr>
      <w:r>
        <w:t>11. Beschwerderecht</w:t>
      </w:r>
    </w:p>
    <w:p>
      <w:r>
        <w:t>Du hast das Recht, dich bei einer Datenschutzaufsichtsbehörde über die Verarbeitung deiner personenbezogenen Daten zu beschweren.</w:t>
      </w:r>
    </w:p>
    <w:p>
      <w:r>
        <w:t>Zuständige Datenschutzaufsichtsbehörde für Rheinland-Pfalz ist:</w:t>
      </w:r>
    </w:p>
    <w:p>
      <w:r>
        <w:t>Der Landesbeauftragte für den Datenschutz und die Informationsfreiheit Rheinland-Pfalz (LfDI RLP)</w:t>
      </w:r>
    </w:p>
    <w:p>
      <w:pPr>
        <w:pStyle w:val="Heading1"/>
      </w:pPr>
      <w:r>
        <w:t>12. SSL-/TLS-Verschlüsselung</w:t>
      </w:r>
    </w:p>
    <w:p>
      <w:r>
        <w:t>Diese Website nutzt, soweit vom eingesetzten Website- und Hosting-System bereitgestellt, eine SSL-/TLS-Verschlüsselung zum Schutz der Übertragung vertraulicher Inhalte.</w:t>
      </w:r>
    </w:p>
    <w:p>
      <w:r>
        <w:t>Eine verschlüsselte Verbindung ist in der Regel an „https://“ und dem Schloss-Symbol in der Adresszeile deines Browsers erkennbar.</w:t>
      </w:r>
    </w:p>
    <w:p>
      <w:pPr>
        <w:pStyle w:val="Heading1"/>
      </w:pPr>
      <w:r>
        <w:t>13. Cookies und ähnliche Technologien</w:t>
      </w:r>
    </w:p>
    <w:p>
      <w:r>
        <w:t>Unsere Website kann technisch erforderliche Cookies oder vergleichbare Technologien verwenden, die für den Betrieb der Website notwendig sind.</w:t>
      </w:r>
    </w:p>
    <w:p>
      <w:r>
        <w:t>Soweit darüber hinaus Cookies oder Technologien zu Analyse-, Marketing- oder anderen nicht unbedingt erforderlichen Zwecken eingesetzt werden, erfolgt deren Verwendung nur im Rahmen der geltenden gesetzlichen Voraussetzungen.</w:t>
      </w:r>
    </w:p>
    <w:p>
      <w:pPr>
        <w:pStyle w:val="Heading1"/>
      </w:pPr>
      <w:r>
        <w:t>14. Änderungen dieser Datenschutzerklärung</w:t>
      </w:r>
    </w:p>
    <w:p>
      <w:r>
        <w:t>Wir behalten uns vor, diese Datenschutzerklärung anzupassen, wenn sich gesetzliche Vorgaben ändern oder neue Funktionen bzw. Dienste auf unserer Website eingesetzt werden.</w:t>
      </w:r>
    </w:p>
    <w:p>
      <w:r>
        <w:t>Es gilt jeweils die aktuelle auf dieser Website veröffentlichte Fassung.</w:t>
      </w:r>
    </w:p>
    <w:p>
      <w:r>
        <w:t>Stand: September 2026</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