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Impressum</w:t>
      </w:r>
    </w:p>
    <w:p>
      <w:r>
        <w:t>Angaben gemäß § 5 DDG</w:t>
      </w:r>
    </w:p>
    <w:p>
      <w:pPr>
        <w:pStyle w:val="Heading1"/>
      </w:pPr>
      <w:r>
        <w:t>MK Fahrzeugpflege</w:t>
      </w:r>
    </w:p>
    <w:p>
      <w:r>
        <w:t>Inhaber: Máté Klavács</w:t>
        <w:br/>
        <w:t>Kiefernweg 1</w:t>
        <w:br/>
        <w:t>56751 Polch</w:t>
        <w:br/>
        <w:t>Deutschland</w:t>
      </w:r>
    </w:p>
    <w:p>
      <w:pPr>
        <w:pStyle w:val="Heading1"/>
      </w:pPr>
      <w:r>
        <w:t>Kontakt</w:t>
      </w:r>
    </w:p>
    <w:p>
      <w:r>
        <w:t>Telefon: +49 155 69510593</w:t>
        <w:br/>
        <w:t>E-Mail: info@mk-fahrzeugpflege.de</w:t>
      </w:r>
    </w:p>
    <w:p>
      <w:pPr>
        <w:pStyle w:val="Heading1"/>
      </w:pPr>
      <w:r>
        <w:t>Umsatzsteuer-Identifikationsnummer</w:t>
      </w:r>
    </w:p>
    <w:p>
      <w:r>
        <w:t>Umsatzsteuer-Identifikationsnummer gemäß § 27a UStG:</w:t>
        <w:br/>
        <w:t>DE464907117</w:t>
      </w:r>
    </w:p>
    <w:p>
      <w:pPr>
        <w:pStyle w:val="Heading1"/>
      </w:pPr>
      <w:r>
        <w:t>Verantwortlich für den Inhalt</w:t>
      </w:r>
    </w:p>
    <w:p>
      <w:r>
        <w:t>Máté Klavács</w:t>
        <w:br/>
        <w:t>Kiefernweg 1</w:t>
        <w:br/>
        <w:t>56751 Polch</w:t>
        <w:br/>
        <w:t>Deutschland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