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Nutzungsbedingungen</w:t>
      </w:r>
    </w:p>
    <w:p>
      <w:r>
        <w:t>Stand: September 2026</w:t>
      </w:r>
    </w:p>
    <w:p>
      <w:pPr>
        <w:pStyle w:val="Heading1"/>
      </w:pPr>
      <w:r>
        <w:t>1. Geltungsbereich</w:t>
      </w:r>
    </w:p>
    <w:p>
      <w:r>
        <w:t>Diese Nutzungsbedingungen gelten für die Nutzung der Website von MK Fahrzeugpflege.</w:t>
      </w:r>
    </w:p>
    <w:p>
      <w:r>
        <w:t>Die Website dient insbesondere der Information über unsere Leistungen sowie der Möglichkeit, Kontakt mit uns aufzunehmen und Terminanfragen zu stellen.</w:t>
      </w:r>
    </w:p>
    <w:p>
      <w:pPr>
        <w:pStyle w:val="Heading1"/>
      </w:pPr>
      <w:r>
        <w:t>2. Inhalte der Website</w:t>
      </w:r>
    </w:p>
    <w:p>
      <w:r>
        <w:t>Wir bemühen uns, die auf dieser Website bereitgestellten Informationen vollständig und aktuell zu halten.</w:t>
      </w:r>
    </w:p>
    <w:p>
      <w:r>
        <w:t>Trotz sorgfältiger Erstellung können wir keine Gewähr für die jederzeitige Richtigkeit, Vollständigkeit oder Aktualität sämtlicher Inhalte übernehmen.</w:t>
      </w:r>
    </w:p>
    <w:p>
      <w:r>
        <w:t>Preisangaben auf der Website können Richtwerte darstellen. Der tatsächliche Preis kann insbesondere abhängig von Fahrzeuggröße, Fahrzeugzustand und Verschmutzungsgrad abweichen. Der konkrete Leistungsumfang und Preis werden vor Durchführung der Arbeiten abgestimmt.</w:t>
      </w:r>
    </w:p>
    <w:p>
      <w:pPr>
        <w:pStyle w:val="Heading1"/>
      </w:pPr>
      <w:r>
        <w:t>3. Termin- und Leistungsanfragen</w:t>
      </w:r>
    </w:p>
    <w:p>
      <w:r>
        <w:t>Eine über die Website, per E-Mail, Telefon oder WhatsApp übermittelte Anfrage stellt grundsätzlich noch keine verbindliche Buchung oder einen Vertragsschluss dar.</w:t>
      </w:r>
    </w:p>
    <w:p>
      <w:r>
        <w:t>Ein verbindlicher Termin bzw. Auftrag kommt erst nach entsprechender Bestätigung und Absprache zwischen MK Fahrzeugpflege und dem Kunden zustande.</w:t>
      </w:r>
    </w:p>
    <w:p>
      <w:pPr>
        <w:pStyle w:val="Heading1"/>
      </w:pPr>
      <w:r>
        <w:t>4. Bilder und Inhalte</w:t>
      </w:r>
    </w:p>
    <w:p>
      <w:r>
        <w:t>Die auf dieser Website verwendeten Texte, Bilder, Grafiken, Logos und sonstigen Inhalte sind, soweit nicht anders angegeben, Eigentum von MK Fahrzeugpflege oder werden mit entsprechender Berechtigung verwendet.</w:t>
      </w:r>
    </w:p>
    <w:p>
      <w:r>
        <w:t>Eine Vervielfältigung, Bearbeitung oder Verwendung der Inhalte ohne vorherige Zustimmung ist nicht gestattet, soweit gesetzlich nicht ausdrücklich etwas anderes erlaubt ist.</w:t>
      </w:r>
    </w:p>
    <w:p>
      <w:pPr>
        <w:pStyle w:val="Heading1"/>
      </w:pPr>
      <w:r>
        <w:t>5. Externe Links</w:t>
      </w:r>
    </w:p>
    <w:p>
      <w:r>
        <w:t>Unsere Website kann Links zu externen Websites oder Diensten Dritter enthalten.</w:t>
      </w:r>
    </w:p>
    <w:p>
      <w:r>
        <w:t>Für die Inhalte und Datenschutzpraktiken externer Anbieter sind ausschließlich deren jeweilige Betreiber verantwortlich.</w:t>
      </w:r>
    </w:p>
    <w:p>
      <w:pPr>
        <w:pStyle w:val="Heading1"/>
      </w:pPr>
      <w:r>
        <w:t>6. Haftung</w:t>
      </w:r>
    </w:p>
    <w:p>
      <w:r>
        <w:t>Die Haftung für Schäden richtet sich nach den gesetzlichen Vorschriften.</w:t>
      </w:r>
    </w:p>
    <w:p>
      <w:r>
        <w:t>Eine Haftungsbeschränkung gilt insbesondere nicht bei Vorsatz, grober Fahrlässigkeit, Schäden aus der Verletzung des Lebens, des Körpers oder der Gesundheit sowie in sonstigen Fällen, in denen eine Haftung gesetzlich nicht ausgeschlossen oder beschränkt werden kann.</w:t>
      </w:r>
    </w:p>
    <w:p>
      <w:pPr>
        <w:pStyle w:val="Heading1"/>
      </w:pPr>
      <w:r>
        <w:t>7. Änderungen</w:t>
      </w:r>
    </w:p>
    <w:p>
      <w:r>
        <w:t>MK Fahrzeugpflege behält sich vor, diese Nutzungsbedingungen zu ändern oder zu ergänzen, soweit dies aufgrund gesetzlicher Änderungen, technischer Entwicklungen oder Änderungen des Angebots erforderlich ist.</w:t>
      </w:r>
    </w:p>
    <w:p>
      <w:r>
        <w:t>Es gilt jeweils die auf dieser Website veröffentlichte aktuelle Fassung.</w:t>
      </w:r>
    </w:p>
    <w:p>
      <w:pPr>
        <w:pStyle w:val="Heading1"/>
      </w:pPr>
      <w:r>
        <w:t>8. Anbieter</w:t>
      </w:r>
    </w:p>
    <w:p>
      <w:r>
        <w:t>MK Fahrzeugpflege</w:t>
        <w:br/>
        <w:t>Inhaber: Máté Klavács</w:t>
        <w:br/>
        <w:t>Kiefernweg 1</w:t>
        <w:br/>
        <w:t>56751 Polch</w:t>
        <w:br/>
        <w:t>Deutschland</w:t>
      </w:r>
    </w:p>
    <w:p>
      <w:r>
        <w:t>Telefon: +49 155 69510593</w:t>
        <w:br/>
        <w:t>E-Mail: info@mk-fahrzeugpflege.de</w:t>
      </w:r>
    </w:p>
    <w:p>
      <w:r>
        <w:t>Stand: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