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97"/>
        <w:gridCol w:w="3597"/>
        <w:gridCol w:w="3597"/>
        <w:gridCol w:w="3652"/>
      </w:tblGrid>
      <w:tr w:rsidR="00BC46CA" w14:paraId="2B9DFDD5" w14:textId="77777777">
        <w:trPr>
          <w:trHeight w:val="765"/>
          <w:tblCellSpacing w:w="55" w:type="dxa"/>
        </w:trPr>
        <w:tc>
          <w:tcPr>
            <w:tcW w:w="209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DB6433" w14:textId="77777777" w:rsidR="00BC46CA" w:rsidRDefault="00000000">
            <w:pPr>
              <w:spacing w:line="228" w:lineRule="auto"/>
            </w:pPr>
            <w:proofErr w:type="spellStart"/>
            <w:r>
              <w:rPr>
                <w:b/>
                <w:sz w:val="22"/>
              </w:rPr>
              <w:t>Woche</w:t>
            </w:r>
            <w:proofErr w:type="spellEnd"/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9FA52F" w14:textId="5C7CBCC7" w:rsidR="00BC46CA" w:rsidRDefault="00452FB8">
            <w:pPr>
              <w:spacing w:line="228" w:lineRule="auto"/>
            </w:pPr>
            <w:r>
              <w:rPr>
                <w:sz w:val="17"/>
              </w:rPr>
              <w:t>26</w:t>
            </w:r>
            <w:r w:rsidR="00D057D3">
              <w:rPr>
                <w:sz w:val="17"/>
              </w:rPr>
              <w:t>.</w:t>
            </w:r>
            <w:r>
              <w:rPr>
                <w:sz w:val="17"/>
              </w:rPr>
              <w:t>1</w:t>
            </w:r>
            <w:r w:rsidR="00D057D3">
              <w:rPr>
                <w:sz w:val="17"/>
              </w:rPr>
              <w:t>0.-</w:t>
            </w:r>
            <w:r>
              <w:rPr>
                <w:sz w:val="17"/>
              </w:rPr>
              <w:t>3</w:t>
            </w:r>
            <w:r w:rsidR="00D057D3">
              <w:rPr>
                <w:sz w:val="17"/>
              </w:rPr>
              <w:t>0.</w:t>
            </w:r>
            <w:r w:rsidR="0038320D">
              <w:rPr>
                <w:sz w:val="17"/>
              </w:rPr>
              <w:t>10</w:t>
            </w:r>
            <w:r w:rsidR="00D057D3">
              <w:rPr>
                <w:sz w:val="17"/>
              </w:rPr>
              <w:t>.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90DFCD" w14:textId="780FA573" w:rsidR="00BC46CA" w:rsidRDefault="00000000">
            <w:pPr>
              <w:spacing w:line="228" w:lineRule="auto"/>
            </w:pPr>
            <w:r>
              <w:rPr>
                <w:sz w:val="17"/>
              </w:rPr>
              <w:t>0</w:t>
            </w:r>
            <w:r w:rsidR="00452FB8">
              <w:rPr>
                <w:sz w:val="17"/>
              </w:rPr>
              <w:t>2</w:t>
            </w:r>
            <w:r>
              <w:rPr>
                <w:sz w:val="17"/>
              </w:rPr>
              <w:t>.</w:t>
            </w:r>
            <w:r w:rsidR="0038320D">
              <w:rPr>
                <w:sz w:val="17"/>
              </w:rPr>
              <w:t>1</w:t>
            </w:r>
            <w:r w:rsidR="00452FB8">
              <w:rPr>
                <w:sz w:val="17"/>
              </w:rPr>
              <w:t>1</w:t>
            </w:r>
            <w:r>
              <w:rPr>
                <w:sz w:val="17"/>
              </w:rPr>
              <w:t>.-</w:t>
            </w:r>
            <w:r w:rsidR="0038320D">
              <w:rPr>
                <w:sz w:val="17"/>
              </w:rPr>
              <w:t>0</w:t>
            </w:r>
            <w:r w:rsidR="00452FB8">
              <w:rPr>
                <w:sz w:val="17"/>
              </w:rPr>
              <w:t>6</w:t>
            </w:r>
            <w:r>
              <w:rPr>
                <w:sz w:val="17"/>
              </w:rPr>
              <w:t>.</w:t>
            </w:r>
            <w:r w:rsidR="0038320D">
              <w:rPr>
                <w:sz w:val="17"/>
              </w:rPr>
              <w:t>1</w:t>
            </w:r>
            <w:r w:rsidR="00452FB8">
              <w:rPr>
                <w:sz w:val="17"/>
              </w:rPr>
              <w:t>1</w:t>
            </w:r>
            <w:r>
              <w:rPr>
                <w:sz w:val="17"/>
              </w:rPr>
              <w:t>.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E6B2B0" w14:textId="4BBF422F" w:rsidR="00BC46CA" w:rsidRDefault="00452FB8">
            <w:pPr>
              <w:spacing w:line="228" w:lineRule="auto"/>
            </w:pPr>
            <w:r>
              <w:rPr>
                <w:sz w:val="17"/>
              </w:rPr>
              <w:t>09</w:t>
            </w:r>
            <w:r w:rsidR="00000000">
              <w:rPr>
                <w:sz w:val="17"/>
              </w:rPr>
              <w:t>.</w:t>
            </w:r>
            <w:r w:rsidR="0038320D">
              <w:rPr>
                <w:sz w:val="17"/>
              </w:rPr>
              <w:t>1</w:t>
            </w:r>
            <w:r>
              <w:rPr>
                <w:sz w:val="17"/>
              </w:rPr>
              <w:t>1</w:t>
            </w:r>
            <w:r w:rsidR="00000000">
              <w:rPr>
                <w:sz w:val="17"/>
              </w:rPr>
              <w:t>.-</w:t>
            </w:r>
            <w:r>
              <w:rPr>
                <w:sz w:val="17"/>
              </w:rPr>
              <w:t>20</w:t>
            </w:r>
            <w:r w:rsidR="00000000">
              <w:rPr>
                <w:sz w:val="17"/>
              </w:rPr>
              <w:t>.</w:t>
            </w:r>
            <w:r w:rsidR="0038320D">
              <w:rPr>
                <w:sz w:val="17"/>
              </w:rPr>
              <w:t>1</w:t>
            </w:r>
            <w:r>
              <w:rPr>
                <w:sz w:val="17"/>
              </w:rPr>
              <w:t>1</w:t>
            </w:r>
            <w:r w:rsidR="00000000">
              <w:rPr>
                <w:sz w:val="17"/>
              </w:rPr>
              <w:t>.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61BD09" w14:textId="304E0673" w:rsidR="00BC46CA" w:rsidRDefault="0038320D">
            <w:pPr>
              <w:spacing w:line="228" w:lineRule="auto"/>
            </w:pPr>
            <w:r>
              <w:rPr>
                <w:sz w:val="17"/>
              </w:rPr>
              <w:t>1</w:t>
            </w:r>
            <w:r w:rsidR="00452FB8">
              <w:rPr>
                <w:sz w:val="17"/>
              </w:rPr>
              <w:t>6</w:t>
            </w:r>
            <w:r w:rsidR="00B50E2F">
              <w:rPr>
                <w:sz w:val="17"/>
              </w:rPr>
              <w:t>.</w:t>
            </w:r>
            <w:r>
              <w:rPr>
                <w:sz w:val="17"/>
              </w:rPr>
              <w:t>1</w:t>
            </w:r>
            <w:r w:rsidR="00452FB8">
              <w:rPr>
                <w:sz w:val="17"/>
              </w:rPr>
              <w:t>1</w:t>
            </w:r>
            <w:r w:rsidR="00B50E2F">
              <w:rPr>
                <w:sz w:val="17"/>
              </w:rPr>
              <w:t>.-2</w:t>
            </w:r>
            <w:r w:rsidR="00452FB8">
              <w:rPr>
                <w:sz w:val="17"/>
              </w:rPr>
              <w:t>0</w:t>
            </w:r>
            <w:r w:rsidR="00B50E2F">
              <w:rPr>
                <w:sz w:val="17"/>
              </w:rPr>
              <w:t>.</w:t>
            </w:r>
            <w:r>
              <w:rPr>
                <w:sz w:val="17"/>
              </w:rPr>
              <w:t>1</w:t>
            </w:r>
            <w:r w:rsidR="00452FB8">
              <w:rPr>
                <w:sz w:val="17"/>
              </w:rPr>
              <w:t>1</w:t>
            </w:r>
            <w:r w:rsidR="00B50E2F">
              <w:rPr>
                <w:sz w:val="17"/>
              </w:rPr>
              <w:t>.</w:t>
            </w:r>
          </w:p>
        </w:tc>
      </w:tr>
      <w:tr w:rsidR="00BC46CA" w:rsidRPr="00452FB8" w14:paraId="08BC48C4" w14:textId="77777777">
        <w:trPr>
          <w:trHeight w:val="1247"/>
          <w:tblCellSpacing w:w="55" w:type="dxa"/>
        </w:trPr>
        <w:tc>
          <w:tcPr>
            <w:tcW w:w="209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1F8CA6" w14:textId="77777777" w:rsidR="00BC46CA" w:rsidRDefault="00000000">
            <w:pPr>
              <w:spacing w:line="228" w:lineRule="auto"/>
            </w:pPr>
            <w:r>
              <w:rPr>
                <w:b/>
                <w:sz w:val="22"/>
              </w:rPr>
              <w:t>Montag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63A5F4" w14:textId="2E324751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Käsespätzle in Rahm mit Gouda, Röstzwiebeln und Eisbergsalat an Joghurtdressing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E25FD3" w14:textId="66F7B20B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Vegane Maultaschen mit fruchtiger Tomatensoße und Mixsalat an Vinaigrette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8307DC" w14:textId="724355F1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Bulgur mit Soße und Mixsalat an Vinaigrette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D12D1C" w14:textId="5C5E42D4" w:rsidR="00BC46CA" w:rsidRPr="00DC5748" w:rsidRDefault="001F48AB">
            <w:pPr>
              <w:spacing w:line="228" w:lineRule="auto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Penne mit fruchtiger Linsenbolognese und Eisbergsalat an Joghurtdressing</w:t>
            </w:r>
          </w:p>
        </w:tc>
      </w:tr>
      <w:tr w:rsidR="00BC46CA" w:rsidRPr="00452FB8" w14:paraId="354B5B4F" w14:textId="77777777">
        <w:trPr>
          <w:trHeight w:val="1247"/>
          <w:tblCellSpacing w:w="55" w:type="dxa"/>
        </w:trPr>
        <w:tc>
          <w:tcPr>
            <w:tcW w:w="209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404685" w14:textId="77777777" w:rsidR="00BC46CA" w:rsidRDefault="00000000">
            <w:pPr>
              <w:spacing w:line="228" w:lineRule="auto"/>
            </w:pPr>
            <w:r>
              <w:rPr>
                <w:b/>
                <w:sz w:val="22"/>
              </w:rPr>
              <w:t>Dienstag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DE2273" w14:textId="62CEE7A8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Kabeljaufilet in Maispanade mit Dampfkartoffeln und Blumenkohl-Rahmgemüse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DC7037" w14:textId="7C03C927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Geflügel Köttbullar mit Preiselbeerrahmsoße, Eierspätzle und Buttererbsen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C9D109" w14:textId="2B60FA04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Klare Gemüsesuppe mit Suppenmaultaschen und Butterklößchen dazu Brötchen und Obst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65250E" w14:textId="7D95B8D6" w:rsidR="00DC5748" w:rsidRPr="00DC5748" w:rsidRDefault="001F48AB">
            <w:pPr>
              <w:spacing w:line="228" w:lineRule="auto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Kalbsfrikadelle an Bratensoße mit Dampfkartoffeln und Apfel-Rotkohl</w:t>
            </w:r>
          </w:p>
        </w:tc>
      </w:tr>
      <w:tr w:rsidR="00BC46CA" w:rsidRPr="00452FB8" w14:paraId="0B757286" w14:textId="77777777">
        <w:trPr>
          <w:trHeight w:val="1247"/>
          <w:tblCellSpacing w:w="55" w:type="dxa"/>
        </w:trPr>
        <w:tc>
          <w:tcPr>
            <w:tcW w:w="209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FABBA5" w14:textId="77777777" w:rsidR="00BC46CA" w:rsidRDefault="00000000">
            <w:pPr>
              <w:spacing w:line="228" w:lineRule="auto"/>
            </w:pPr>
            <w:r>
              <w:rPr>
                <w:b/>
                <w:sz w:val="22"/>
              </w:rPr>
              <w:t>Mittwoch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FD6987" w14:textId="52CE38E8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Pasta mit veganer Paprika-Rahmsoße und Rohkost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C64FE9" w14:textId="440081C1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Dampfnudel mit Vanillesoße und kleine Nudelsuppe mit Gemüse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F47ED4" w14:textId="7E524E55" w:rsidR="00BC46CA" w:rsidRPr="00DC5748" w:rsidRDefault="001F48AB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Vollkornfischstäbchen mit Reis und buntes Karottengemüse in Rahmsoße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B2550C" w14:textId="1E256C65" w:rsidR="00BC46CA" w:rsidRPr="00DC5748" w:rsidRDefault="001F48AB">
            <w:pPr>
              <w:spacing w:line="228" w:lineRule="auto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Valess Schnitzel mit Bratensoße, gebackenen Schupfnudeln und Rohkost</w:t>
            </w:r>
            <w:r w:rsidR="00CB30D0">
              <w:rPr>
                <w:sz w:val="16"/>
                <w:szCs w:val="16"/>
                <w:lang w:val="de-DE"/>
              </w:rPr>
              <w:t xml:space="preserve"> </w:t>
            </w:r>
          </w:p>
        </w:tc>
      </w:tr>
      <w:tr w:rsidR="00BC46CA" w:rsidRPr="00452FB8" w14:paraId="77468198" w14:textId="77777777">
        <w:trPr>
          <w:trHeight w:val="1247"/>
          <w:tblCellSpacing w:w="55" w:type="dxa"/>
        </w:trPr>
        <w:tc>
          <w:tcPr>
            <w:tcW w:w="209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B724E5" w14:textId="77777777" w:rsidR="00BC46CA" w:rsidRDefault="00000000">
            <w:pPr>
              <w:spacing w:line="228" w:lineRule="auto"/>
            </w:pPr>
            <w:r>
              <w:rPr>
                <w:b/>
                <w:sz w:val="22"/>
              </w:rPr>
              <w:t>Donnerstag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0F3119" w14:textId="6933CE9C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 xml:space="preserve">Hähnchengyros mit tomatisiertem Paprika-Reis und </w:t>
            </w:r>
            <w:proofErr w:type="spellStart"/>
            <w:r>
              <w:rPr>
                <w:sz w:val="16"/>
                <w:lang w:val="de-DE"/>
              </w:rPr>
              <w:t>Tzatziki</w:t>
            </w:r>
            <w:proofErr w:type="spellEnd"/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DB3FA2" w14:textId="3D65DF58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Bulgur mit Soße und Rohkost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25027D" w14:textId="7C9CBF47" w:rsidR="00BC46CA" w:rsidRPr="001F48AB" w:rsidRDefault="001F48AB">
            <w:pPr>
              <w:spacing w:line="228" w:lineRule="auto"/>
              <w:rPr>
                <w:lang w:val="de-DE"/>
              </w:rPr>
            </w:pPr>
            <w:r w:rsidRPr="001F48AB">
              <w:rPr>
                <w:sz w:val="16"/>
                <w:lang w:val="de-DE"/>
              </w:rPr>
              <w:t>Penne in Veganer Pesto-Sahn</w:t>
            </w:r>
            <w:r>
              <w:rPr>
                <w:sz w:val="16"/>
                <w:lang w:val="de-DE"/>
              </w:rPr>
              <w:t>esoße mit Gurkensalat mit Dill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DD710C" w14:textId="716A1BDE" w:rsidR="00BC46CA" w:rsidRPr="00DC5748" w:rsidRDefault="00CB30D0">
            <w:pPr>
              <w:spacing w:line="228" w:lineRule="auto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Kibbelinge (Fischnuggets</w:t>
            </w:r>
            <w:r w:rsidR="009644A4">
              <w:rPr>
                <w:sz w:val="16"/>
                <w:szCs w:val="16"/>
                <w:lang w:val="de-DE"/>
              </w:rPr>
              <w:t xml:space="preserve">) mit Kräutersoße, </w:t>
            </w:r>
            <w:r w:rsidR="001F48AB">
              <w:rPr>
                <w:sz w:val="16"/>
                <w:szCs w:val="16"/>
                <w:lang w:val="de-DE"/>
              </w:rPr>
              <w:t>Reis</w:t>
            </w:r>
            <w:r w:rsidR="009644A4">
              <w:rPr>
                <w:sz w:val="16"/>
                <w:szCs w:val="16"/>
                <w:lang w:val="de-DE"/>
              </w:rPr>
              <w:t xml:space="preserve"> und Buttermais</w:t>
            </w:r>
          </w:p>
        </w:tc>
      </w:tr>
      <w:tr w:rsidR="00BC46CA" w:rsidRPr="00452FB8" w14:paraId="392CF1D9" w14:textId="77777777">
        <w:trPr>
          <w:trHeight w:val="1247"/>
          <w:tblCellSpacing w:w="55" w:type="dxa"/>
        </w:trPr>
        <w:tc>
          <w:tcPr>
            <w:tcW w:w="209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E692D0" w14:textId="77777777" w:rsidR="00BC46CA" w:rsidRDefault="00000000">
            <w:pPr>
              <w:spacing w:line="228" w:lineRule="auto"/>
            </w:pPr>
            <w:r>
              <w:rPr>
                <w:b/>
                <w:sz w:val="22"/>
              </w:rPr>
              <w:t>Freitag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9B134C" w14:textId="0F0610E0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 xml:space="preserve">Vegane Kürbissuppe mit Kokos und Brötchen 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402D5D" w14:textId="7E7FB3AA" w:rsidR="00BC46CA" w:rsidRPr="00DC5748" w:rsidRDefault="00452FB8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Vollkorn Fusilli mit Käsesoße und Salatmix an Balsamico-Vinaigrette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193210" w14:textId="0B705FF7" w:rsidR="00BC46CA" w:rsidRPr="00DC5748" w:rsidRDefault="001F48AB">
            <w:pPr>
              <w:spacing w:line="228" w:lineRule="auto"/>
              <w:rPr>
                <w:lang w:val="de-DE"/>
              </w:rPr>
            </w:pPr>
            <w:r>
              <w:rPr>
                <w:sz w:val="16"/>
                <w:lang w:val="de-DE"/>
              </w:rPr>
              <w:t>Hähnchenbrust in milder Curry-Kokossoße mit Reis und buntes Karottengemüse</w:t>
            </w:r>
          </w:p>
        </w:tc>
        <w:tc>
          <w:tcPr>
            <w:tcW w:w="348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A24B3B" w14:textId="5C801404" w:rsidR="00BC46CA" w:rsidRPr="00DC5748" w:rsidRDefault="001F48AB">
            <w:pPr>
              <w:spacing w:line="228" w:lineRule="auto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Zuckerfreier Bio-Milchreis mit Apfelmus und kleine Gemüsebrühe mit Nudelreis</w:t>
            </w:r>
          </w:p>
        </w:tc>
      </w:tr>
    </w:tbl>
    <w:p w14:paraId="0C46DC64" w14:textId="77777777" w:rsidR="008005BD" w:rsidRPr="00DC5748" w:rsidRDefault="008005BD">
      <w:pPr>
        <w:rPr>
          <w:lang w:val="de-DE"/>
        </w:rPr>
      </w:pPr>
    </w:p>
    <w:sectPr w:rsidR="008005BD" w:rsidRPr="00DC5748" w:rsidSect="00034616">
      <w:headerReference w:type="default" r:id="rId8"/>
      <w:pgSz w:w="16838" w:h="11906" w:orient="landscape"/>
      <w:pgMar w:top="283" w:right="283" w:bottom="283" w:left="283" w:header="8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37CB8" w14:textId="77777777" w:rsidR="00E83500" w:rsidRDefault="00E83500">
      <w:pPr>
        <w:spacing w:line="240" w:lineRule="auto"/>
      </w:pPr>
      <w:r>
        <w:separator/>
      </w:r>
    </w:p>
  </w:endnote>
  <w:endnote w:type="continuationSeparator" w:id="0">
    <w:p w14:paraId="19817F3E" w14:textId="77777777" w:rsidR="00E83500" w:rsidRDefault="00E835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00DE" w14:textId="77777777" w:rsidR="00E83500" w:rsidRDefault="00E83500">
      <w:pPr>
        <w:spacing w:line="240" w:lineRule="auto"/>
      </w:pPr>
      <w:r>
        <w:separator/>
      </w:r>
    </w:p>
  </w:footnote>
  <w:footnote w:type="continuationSeparator" w:id="0">
    <w:p w14:paraId="28E15A15" w14:textId="77777777" w:rsidR="00E83500" w:rsidRDefault="00E835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9B55" w14:textId="77777777" w:rsidR="00BC46CA" w:rsidRDefault="00000000">
    <w:pPr>
      <w:pStyle w:val="Kopfzeile"/>
      <w:jc w:val="right"/>
    </w:pPr>
    <w:r>
      <w:rPr>
        <w:noProof/>
      </w:rPr>
      <w:drawing>
        <wp:inline distT="0" distB="0" distL="0" distR="0" wp14:anchorId="26CEC4A2" wp14:editId="655A390A">
          <wp:extent cx="1007999" cy="4021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d2x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7999" cy="402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2356672">
    <w:abstractNumId w:val="8"/>
  </w:num>
  <w:num w:numId="2" w16cid:durableId="1795251654">
    <w:abstractNumId w:val="6"/>
  </w:num>
  <w:num w:numId="3" w16cid:durableId="1287470659">
    <w:abstractNumId w:val="5"/>
  </w:num>
  <w:num w:numId="4" w16cid:durableId="758410786">
    <w:abstractNumId w:val="4"/>
  </w:num>
  <w:num w:numId="5" w16cid:durableId="1513103320">
    <w:abstractNumId w:val="7"/>
  </w:num>
  <w:num w:numId="6" w16cid:durableId="878198721">
    <w:abstractNumId w:val="3"/>
  </w:num>
  <w:num w:numId="7" w16cid:durableId="305748769">
    <w:abstractNumId w:val="2"/>
  </w:num>
  <w:num w:numId="8" w16cid:durableId="647511307">
    <w:abstractNumId w:val="1"/>
  </w:num>
  <w:num w:numId="9" w16cid:durableId="61356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8AB"/>
    <w:rsid w:val="00224E8D"/>
    <w:rsid w:val="0029639D"/>
    <w:rsid w:val="00326F90"/>
    <w:rsid w:val="00352ED7"/>
    <w:rsid w:val="0038320D"/>
    <w:rsid w:val="00452FB8"/>
    <w:rsid w:val="00544BF1"/>
    <w:rsid w:val="005561B2"/>
    <w:rsid w:val="005A7516"/>
    <w:rsid w:val="006C5E02"/>
    <w:rsid w:val="008005BD"/>
    <w:rsid w:val="008371AC"/>
    <w:rsid w:val="0089435D"/>
    <w:rsid w:val="009644A4"/>
    <w:rsid w:val="009E02E3"/>
    <w:rsid w:val="00A25A52"/>
    <w:rsid w:val="00AA1D8D"/>
    <w:rsid w:val="00B47730"/>
    <w:rsid w:val="00B50E2F"/>
    <w:rsid w:val="00BC46CA"/>
    <w:rsid w:val="00CB0664"/>
    <w:rsid w:val="00CB30D0"/>
    <w:rsid w:val="00CB63D8"/>
    <w:rsid w:val="00CF5A06"/>
    <w:rsid w:val="00D057D3"/>
    <w:rsid w:val="00DC5748"/>
    <w:rsid w:val="00E44371"/>
    <w:rsid w:val="00E83500"/>
    <w:rsid w:val="00FC693F"/>
    <w:rsid w:val="00FD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81731"/>
  <w14:defaultImageDpi w14:val="300"/>
  <w15:docId w15:val="{EA48CE7A-0BEA-4BB4-93AE-F4F3FE33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Silvia</cp:lastModifiedBy>
  <cp:revision>7</cp:revision>
  <dcterms:created xsi:type="dcterms:W3CDTF">2026-08-17T06:54:00Z</dcterms:created>
  <dcterms:modified xsi:type="dcterms:W3CDTF">2026-10-20T08:19:00Z</dcterms:modified>
  <cp:category/>
</cp:coreProperties>
</file>